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ff8"/>
        <w:jc w:val="center"/>
        <w:shd w:fill="ffffff"/>
        <w:ind w:firstLine="709"/>
        <w:spacing w:before="15" w:beforeAutoSpacing="false" w:after="15" w:afterAutoSpacing="false"/>
        <w:rPr>
          <w:b/>
          <w:sz w:val="28"/>
          <w:rFonts w:ascii="Times New Roman" w:hAnsi="Times New Roman"/>
        </w:rPr>
      </w:pPr>
    </w:p>
    <w:p>
      <w:pPr>
        <w:pStyle w:val="aff8"/>
        <w:jc w:val="center"/>
        <w:shd w:fill="ffffff"/>
        <w:spacing w:before="15" w:beforeAutoSpacing="false" w:after="15" w:afterAutoSpacing="false"/>
        <w:rPr>
          <w:color w:val="000000"/>
          <w:sz w:val="28"/>
          <w:rFonts w:ascii="Times New Roman" w:hAnsi="Times New Roman"/>
        </w:rPr>
      </w:pPr>
      <w:r>
        <w:rPr>
          <w:rStyle w:val="structures"/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rStyle w:val="structures"/>
          <w:b/>
          <w:vanish w:val="false"/>
          <w:color w:val="000000"/>
          <w:sz w:val="28"/>
          <w:rFonts w:ascii="Times New Roman" w:hAnsi="Times New Roman"/>
        </w:rPr>
        <w:t xml:space="preserve">Ishonchnoma tuzilgan joy</w:t>
        <w:fldChar w:fldCharType="end"/>
      </w:r>
      <w:r>
        <w:rPr>
          <w:rStyle w:val="structures"/>
          <w:color w:val="000000"/>
          <w:sz w:val="28"/>
          <w:rFonts w:ascii="Times New Roman" w:hAnsi="Times New Roman"/>
        </w:rPr>
        <w:t xml:space="preserve">                   </w:t>
      </w:r>
      <w:r>
        <w:rPr>
          <w:rStyle w:val="structures"/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rStyle w:val="structures"/>
          <w:b/>
          <w:vanish w:val="false"/>
          <w:color w:val="000000"/>
          <w:sz w:val="28"/>
          <w:rFonts w:ascii="Times New Roman" w:hAnsi="Times New Roman"/>
        </w:rPr>
        <w:t xml:space="preserve">Ishonchnoma tuzilgan sana</w:t>
        <w:fldChar w:fldCharType="end"/>
      </w:r>
    </w:p>
    <w:p>
      <w:pPr>
        <w:pStyle w:val="aff8"/>
        <w:jc w:val="center"/>
        <w:shd w:fill="ffffff"/>
        <w:ind w:firstLine="709"/>
        <w:spacing w:before="15" w:beforeAutoSpacing="false" w:after="15" w:afterAutoSpacing="false"/>
        <w:rPr>
          <w:color w:val="000000"/>
          <w:sz w:val="28"/>
          <w:rFonts w:ascii="Times New Roman" w:hAnsi="Times New Roman"/>
        </w:rPr>
      </w:pPr>
    </w:p>
    <w:p>
      <w:pPr>
        <w:pStyle w:val="aff8"/>
        <w:jc w:val="center"/>
        <w:shd w:fill="ffffff"/>
        <w:ind w:firstLine="709"/>
        <w:spacing w:before="15" w:beforeAutoSpacing="false" w:after="15" w:afterAutoSpacing="false"/>
        <w:rPr>
          <w:rStyle w:val="structures"/>
          <w:color w:val="000000"/>
          <w:sz w:val="28"/>
          <w:rFonts w:ascii="Times New Roman" w:hAnsi="Times New Roman"/>
        </w:rPr>
      </w:pPr>
      <w:r>
        <w:rPr>
          <w:rStyle w:val="structures"/>
          <w:b/>
          <w:color w:val="000000"/>
          <w:sz w:val="28"/>
          <w:rFonts w:ascii="Times New Roman" w:hAnsi="Times New Roman"/>
        </w:rPr>
        <w:tab/>
        <w:tab/>
        <w:tab/>
        <w:tab/>
        <w:tab/>
        <w:tab/>
        <w:tab/>
      </w:r>
      <w:r>
        <w:rPr>
          <w:rStyle w:val="structures"/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rStyle w:val="structures"/>
          <w:b/>
          <w:vanish w:val="false"/>
          <w:color w:val="000000"/>
          <w:sz w:val="28"/>
          <w:rFonts w:ascii="Times New Roman" w:hAnsi="Times New Roman"/>
        </w:rPr>
        <w:t xml:space="preserve">Ishonchnoma tasdiqlagan notarial idora nomi</w:t>
        <w:fldChar w:fldCharType="end"/>
      </w:r>
    </w:p>
    <w:p>
      <w:pPr>
        <w:pStyle w:val="aff8"/>
        <w:jc w:val="center"/>
        <w:shd w:fill="ffffff"/>
        <w:ind w:firstLine="709"/>
        <w:spacing w:before="15" w:beforeAutoSpacing="false" w:after="15" w:afterAutoSpacing="false"/>
        <w:rPr>
          <w:color w:val="000000"/>
          <w:sz w:val="28"/>
          <w:rFonts w:ascii="Times New Roman" w:hAnsi="Times New Roman"/>
        </w:rPr>
      </w:pPr>
      <w:r>
        <w:rPr>
          <w:rStyle w:val="structures"/>
          <w:b/>
          <w:color w:val="000000"/>
          <w:sz w:val="28"/>
          <w:rFonts w:ascii="Times New Roman" w:hAnsi="Times New Roman"/>
        </w:rPr>
        <w:tab/>
        <w:tab/>
        <w:tab/>
        <w:tab/>
        <w:tab/>
        <w:tab/>
        <w:tab/>
      </w:r>
      <w:r>
        <w:rPr>
          <w:rStyle w:val="structures"/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rStyle w:val="structures"/>
          <w:b/>
          <w:vanish w:val="false"/>
          <w:color w:val="000000"/>
          <w:sz w:val="28"/>
          <w:rFonts w:ascii="Times New Roman" w:hAnsi="Times New Roman"/>
        </w:rPr>
        <w:t xml:space="preserve">Ishonchnomani tasdiqlagan notariusning F.I.O.</w:t>
        <w:fldChar w:fldCharType="end"/>
      </w:r>
    </w:p>
    <w:p>
      <w:pPr>
        <w:jc w:val="center"/>
        <w:spacing w:line="240" w:lineRule="auto"/>
        <w:rPr>
          <w:b/>
          <w:sz w:val="28"/>
          <w:rFonts w:ascii="Times New Roman" w:hAnsi="Times New Roman"/>
        </w:rPr>
      </w:pPr>
    </w:p>
    <w:p>
      <w:pPr>
        <w:jc w:val="center"/>
        <w:spacing w:line="240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Bank hisobidan pul olish bo‘yicha ishonchnoma</w:t>
      </w:r>
    </w:p>
    <w:p>
      <w:pPr>
        <w:pStyle w:val="aff8"/>
        <w:jc w:val="both"/>
        <w:shd w:fill="ffffff"/>
        <w:ind w:firstLine="709"/>
        <w:spacing w:before="15" w:beforeAutoSpacing="false" w:after="15" w:afterAutoSpacing="false"/>
        <w:rPr>
          <w:sz w:val="28"/>
          <w:rFonts w:ascii="Times New Roman" w:hAnsi="Times New Roman"/>
        </w:rPr>
      </w:pPr>
      <w:r>
        <w:rPr>
          <w:sz w:val="28"/>
        </w:rPr>
        <w:t xml:space="preserve">Men,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Ishonchnoma beruvchi shaxs yashash manzili</w:t>
        <w:fldChar w:fldCharType="end"/>
      </w:r>
      <w:r>
        <w:rPr>
          <w:rStyle w:val="structures"/>
          <w:color w:val="000000"/>
          <w:sz w:val="28"/>
          <w:rFonts w:ascii="Times New Roman" w:hAnsi="Times New Roman"/>
        </w:rPr>
        <w:t xml:space="preserve"> yashovchi</w:t>
      </w:r>
      <w:r>
        <w:rPr>
          <w:sz w:val="28"/>
        </w:rPr>
        <w:t xml:space="preserve">,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Ishonchnoma beruvchi shaxs F.I.O.</w:t>
        <w:fldChar w:fldCharType="end"/>
      </w:r>
      <w:r>
        <w:rPr>
          <w:sz w:val="28"/>
        </w:rPr>
        <w:t xml:space="preserve">, (pasport: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Ishonchnoma beruvchi shaxs passport seriyasi, raqami va kim tomonidan berilganligi</w:t>
        <w:fldChar w:fldCharType="end"/>
      </w:r>
      <w:r>
        <w:rPr>
          <w:sz w:val="28"/>
        </w:rPr>
        <w:t xml:space="preserve">), ushbu ishonchnoma bilan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Ishonchnoma oluvchi shaxs yashash manzili</w:t>
        <w:fldChar w:fldCharType="end"/>
      </w:r>
      <w:r>
        <w:rPr>
          <w:sz w:val="28"/>
        </w:rPr>
        <w:t xml:space="preserve"> yashovchi,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Ishonchnoma oluvchi shaxs F.I.O.</w:t>
        <w:fldChar w:fldCharType="end"/>
      </w:r>
      <w:r>
        <w:rPr>
          <w:sz w:val="28"/>
        </w:rPr>
        <w:t xml:space="preserve">, (pasport: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Ishonchnoma oluvchi shaxs passport seriyasi, raqami va kim tomonidan berilganligi</w:t>
        <w:fldChar w:fldCharType="end"/>
      </w:r>
      <w:r>
        <w:rPr>
          <w:sz w:val="28"/>
        </w:rPr>
        <w:t xml:space="preserve">) mening nomimdan quyidagi harakatlarni bajarishga vakolat beraman:</w:t>
      </w:r>
    </w:p>
    <w:p>
      <w:pPr>
        <w:pStyle w:val="aff8"/>
        <w:jc w:val="both"/>
        <w:shd w:fill="ffffff"/>
        <w:ind w:firstLine="709"/>
        <w:spacing w:before="15" w:beforeAutoSpacing="false" w:after="15" w:afterAutoSpacing="false"/>
        <w:rPr>
          <w:sz w:val="28"/>
          <w:rFonts w:ascii="Times New Roman" w:hAnsi="Times New Roman"/>
        </w:rPr>
      </w:pPr>
      <w:r>
        <w:rPr>
          <w:sz w:val="28"/>
        </w:rPr>
        <w:t xml:space="preserve"> — mening nomimdan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Ishonchnoma beruvchining hisob raqami ochilgan bank nomi</w:t>
        <w:fldChar w:fldCharType="end"/>
      </w:r>
      <w:r>
        <w:rPr>
          <w:sz w:val="28"/>
        </w:rPr>
        <w:t xml:space="preserve"> pul mablag‘larini olish;</w:t>
      </w:r>
    </w:p>
    <w:p>
      <w:pPr>
        <w:pStyle w:val="aff8"/>
        <w:jc w:val="both"/>
        <w:shd w:fill="ffffff"/>
        <w:ind w:firstLine="709"/>
        <w:spacing w:before="15" w:beforeAutoSpacing="false" w:after="15" w:afterAutoSpacing="false"/>
        <w:rPr>
          <w:sz w:val="28"/>
          <w:rFonts w:ascii="Times New Roman" w:hAnsi="Times New Roman"/>
        </w:rPr>
      </w:pPr>
      <w:r>
        <w:rPr>
          <w:sz w:val="28"/>
        </w:rPr>
        <w:t xml:space="preserve">— bank hisobidan pul mablag‘larini olish uchun zarur bo‘lgan hujjatlarga imzo qo‘yish;</w:t>
      </w:r>
    </w:p>
    <w:p>
      <w:pPr>
        <w:pStyle w:val="aff8"/>
        <w:jc w:val="both"/>
        <w:shd w:fill="ffffff"/>
        <w:ind w:firstLine="709"/>
        <w:spacing w:before="15" w:beforeAutoSpacing="false" w:after="15" w:afterAutoSpacing="false"/>
        <w:rPr>
          <w:sz w:val="28"/>
          <w:rFonts w:ascii="Times New Roman" w:hAnsi="Times New Roman"/>
        </w:rPr>
      </w:pPr>
      <w:r>
        <w:rPr>
          <w:sz w:val="28"/>
        </w:rPr>
        <w:t xml:space="preserve">— bank tomonidan talab qilinadigan arizalarni topshirish;</w:t>
      </w:r>
    </w:p>
    <w:p>
      <w:pPr>
        <w:pStyle w:val="aff8"/>
        <w:jc w:val="both"/>
        <w:shd w:fill="ffffff"/>
        <w:ind w:firstLine="709"/>
        <w:spacing w:before="15" w:beforeAutoSpacing="false" w:after="15" w:afterAutoSpacing="false"/>
        <w:rPr>
          <w:sz w:val="28"/>
          <w:rFonts w:ascii="Times New Roman" w:hAnsi="Times New Roman"/>
        </w:rPr>
      </w:pPr>
      <w:r>
        <w:rPr>
          <w:sz w:val="28"/>
        </w:rPr>
        <w:t xml:space="preserve">— bank kvitansiyalari, hujjatlar va pul mablag‘larini qabul qilish.</w:t>
      </w:r>
    </w:p>
    <w:p>
      <w:pPr>
        <w:pStyle w:val="aff8"/>
        <w:jc w:val="both"/>
        <w:shd w:fill="ffffff"/>
        <w:ind w:firstLine="709"/>
        <w:spacing w:before="15" w:beforeAutoSpacing="false" w:after="15" w:afterAutoSpacing="false"/>
        <w:rPr>
          <w:sz w:val="28"/>
          <w:rFonts w:ascii="Times New Roman" w:hAnsi="Times New Roman"/>
        </w:rPr>
      </w:pPr>
      <w:r>
        <w:rPr>
          <w:sz w:val="28"/>
        </w:rPr>
        <w:t xml:space="preserve">Ushbu vakolatni boshqa shaxsga o‘tkazish huquqisiz beraman. Ishonchnoma muddati: bir yil muddatga berildi. </w:t>
      </w:r>
    </w:p>
    <w:p>
      <w:pPr>
        <w:pStyle w:val="aff8"/>
        <w:jc w:val="both"/>
        <w:shd w:fill="ffffff"/>
        <w:ind w:firstLine="709"/>
        <w:spacing w:before="15" w:beforeAutoSpacing="false" w:after="15" w:afterAutoSpacing="false"/>
        <w:rPr>
          <w:color w:val="000000"/>
          <w:shd w:fill="ffffff"/>
          <w:sz w:val="28"/>
          <w:rFonts w:ascii="Times New Roman" w:hAnsi="Times New Roman"/>
        </w:rPr>
      </w:pPr>
      <w:r>
        <w:rPr>
          <w:color w:val="000000"/>
          <w:shd w:fill="ffffff"/>
          <w:sz w:val="28"/>
        </w:rPr>
        <w:t xml:space="preserve">Ishonchnomaning matnini toʻliq oʻqib chiqdim, uning mazmuni va mohiyati, huquqiy oqibatlari, Oʻzbekiston Respublikasi Fuqarolik kodeksining 134-144-moddalari mazmuni menga notarius tomonidan tushuntirildi va tushunarli, ishonchnomaning mazmuni mening asl xohish-istaklarimga mos keladi.</w:t>
      </w:r>
    </w:p>
    <w:p>
      <w:pPr>
        <w:pStyle w:val="aff8"/>
        <w:jc w:val="both"/>
        <w:shd w:fill="ffffff"/>
        <w:ind w:firstLine="709"/>
        <w:spacing w:before="15" w:beforeAutoSpacing="false" w:after="15" w:afterAutoSpacing="false"/>
        <w:rPr>
          <w:sz w:val="28"/>
          <w:rFonts w:ascii="Times New Roman" w:hAnsi="Times New Roman"/>
        </w:rPr>
      </w:pPr>
      <w:r>
        <w:rPr>
          <w:sz w:val="28"/>
        </w:rPr>
        <w:t xml:space="preserve">Imzo: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Ishonchnomani tasdiqlagan notariusning F.I.O.</w:t>
        <w:fldChar w:fldCharType="end"/>
      </w:r>
    </w:p>
    <w:p>
      <w:pPr>
        <w:pStyle w:val="aff8"/>
        <w:jc w:val="both"/>
        <w:shd w:fill="ffffff"/>
        <w:ind w:firstLine="709"/>
        <w:spacing w:before="15" w:beforeAutoSpacing="false" w:after="15" w:afterAutoSpacing="false"/>
        <w:rPr>
          <w:sz w:val="28"/>
          <w:rFonts w:ascii="Times New Roman" w:hAnsi="Times New Roman"/>
        </w:rPr>
      </w:pPr>
      <w:r>
        <w:rPr>
          <w:sz w:val="28"/>
        </w:rPr>
        <w:t xml:space="preserve">Notariusning tasdiqlov yozuvi. </w:t>
      </w:r>
    </w:p>
    <w:p>
      <w:pPr>
        <w:pStyle w:val="aff8"/>
        <w:jc w:val="both"/>
        <w:shd w:fill="ffffff"/>
        <w:ind w:firstLine="709"/>
        <w:spacing w:before="15" w:beforeAutoSpacing="false" w:after="15" w:afterAutoSpacing="false"/>
        <w:rPr>
          <w:sz w:val="28"/>
          <w:rFonts w:ascii="Times New Roman" w:hAnsi="Times New Roman"/>
        </w:rPr>
      </w:pPr>
    </w:p>
    <w:p>
      <w:pPr>
        <w:pStyle w:val="aff8"/>
        <w:jc w:val="both"/>
        <w:shd w:fill="ffffff"/>
        <w:ind w:firstLine="709"/>
        <w:spacing w:before="15" w:beforeAutoSpacing="false" w:after="15" w:afterAutoSpacing="false"/>
        <w:rPr>
          <w:sz w:val="28"/>
          <w:rFonts w:ascii="Times New Roman" w:hAnsi="Times New Roman"/>
        </w:rPr>
      </w:pPr>
      <w:r>
        <w:rPr>
          <w:sz w:val="28"/>
        </w:rPr>
      </w:r>
    </w:p>
    <w:sectPr>
      <w:pgSz w:w="12240" w:h="15840"/>
      <w:pgMar w:left="1800" w:right="900" w:top="1440" w:bottom="1440" w:header="720" w:footer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E5609"/>
    <w:rsid w:val="002F75C2"/>
    <w:rsid w:val="00326F90"/>
    <w:rsid w:val="005A6C66"/>
    <w:rsid w:val="005C4E95"/>
    <w:rsid w:val="0092168E"/>
    <w:rsid w:val="00A35422"/>
    <w:rsid w:val="00AA1D8D"/>
    <w:rsid w:val="00B47730"/>
    <w:rsid w:val="00CB0664"/>
    <w:rsid w:val="00D2126F"/>
    <w:rsid w:val="00F933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C79862"/>
  <w14:defaultImageDpi w14:val="300"/>
  <w15:docId w15:val="{429BCBA7-30F2-4442-80BF-4C71D5635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D21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tructures">
    <w:name w:val="structures"/>
    <w:basedOn w:val="a2"/>
    <w:rsid w:val="00D21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DCA9E7-0539-4FC3-9136-62917EC82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Rahimov Xudoyberdi</cp:lastModifiedBy>
  <cp:revision>13</cp:revision>
  <dcterms:created xsi:type="dcterms:W3CDTF">2025-05-16T12:57:00Z</dcterms:created>
  <dcterms:modified xsi:type="dcterms:W3CDTF">2025-08-25T05:52:00Z</dcterms:modified>
  <cp:category/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Ishonchnoma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Ishonchnoma tuzilgan joy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Ishonchnoma tuzilgan sana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Ishonchnoma tasdiqlagan notarial idora nomi</w:name>
    <w:value w:hidden="false">
      <w:unit w:active="false"/>
    </w:value>
  </w:element>
  <w:element w:id="5" w:kind="variable" w:type="string" w:valueMode="normal" w:required="false" w:groupID="1">
    <w:identifier xml:space="preserve">ID5</w:identifier>
    <w:name xml:space="preserve">Ishonchnomani tasdiqlagan notariusning F.I.O.</w:name>
    <w:value w:hidden="false">
      <w:unit w:active="false"/>
    </w:value>
  </w:element>
  <w:element w:id="6" w:kind="category" w:type="string" w:valueMode="normal" w:required="false" w:groupID="6">
    <w:identifier xml:space="preserve">ID6</w:identifier>
    <w:name xml:space="preserve">Ishonchnomaning mazmuni</w:name>
    <w:value w:hidden="true">
      <w:unit w:active="false"/>
    </w:value>
  </w:element>
  <w:element w:id="7" w:kind="variable" w:type="string" w:valueMode="normal" w:required="false" w:groupID="6">
    <w:identifier xml:space="preserve">ID7</w:identifier>
    <w:name xml:space="preserve">Ishonchnoma beruvchi shaxs yashash manzili</w:name>
    <w:value w:hidden="false">
      <w:unit w:active="false"/>
    </w:value>
  </w:element>
  <w:element w:id="8" w:kind="variable" w:type="string" w:valueMode="normal" w:required="false" w:groupID="6">
    <w:identifier xml:space="preserve">ID8</w:identifier>
    <w:name xml:space="preserve">Ishonchnoma beruvchi shaxs F.I.O.</w:name>
    <w:value w:hidden="false">
      <w:unit w:active="false"/>
    </w:value>
  </w:element>
  <w:element w:id="9" w:kind="variable" w:type="string" w:valueMode="normal" w:required="false" w:groupID="6">
    <w:identifier xml:space="preserve">ID9</w:identifier>
    <w:name xml:space="preserve">Ishonchnoma beruvchi shaxs passport seriyasi, raqami va kim tomonidan berilganligi</w:name>
    <w:value w:hidden="false">
      <w:unit w:active="false"/>
    </w:value>
  </w:element>
  <w:element w:id="10" w:kind="variable" w:type="string" w:valueMode="normal" w:required="false" w:groupID="6">
    <w:identifier xml:space="preserve">ID10</w:identifier>
    <w:name xml:space="preserve">Ishonchnoma oluvchi shaxs yashash manzili</w:name>
    <w:value w:hidden="false">
      <w:unit w:active="false"/>
    </w:value>
  </w:element>
  <w:element w:id="11" w:kind="variable" w:type="string" w:valueMode="normal" w:required="false" w:groupID="6">
    <w:identifier xml:space="preserve">ID11</w:identifier>
    <w:name xml:space="preserve">Ishonchnoma oluvchi shaxs F.I.O.</w:name>
    <w:value w:hidden="false">
      <w:unit w:active="false"/>
    </w:value>
  </w:element>
  <w:element w:id="12" w:kind="variable" w:type="string" w:valueMode="normal" w:required="false" w:groupID="6">
    <w:identifier xml:space="preserve">ID12</w:identifier>
    <w:name xml:space="preserve">Ishonchnoma oluvchi shaxs passport seriyasi, raqami va kim tomonidan berilganligi</w:name>
    <w:value w:hidden="false">
      <w:unit w:active="false"/>
    </w:value>
  </w:element>
  <w:element w:id="13" w:kind="variable" w:type="string" w:valueMode="normal" w:required="false" w:groupID="6">
    <w:identifier xml:space="preserve">ID13</w:identifier>
    <w:name xml:space="preserve">Ishonchnoma beruvchining hisob raqami ochilgan bank nomi</w:name>
    <w:value w:hidden="false">
      <w:unit w:active="false"/>
    </w:value>
  </w:element>
</w:structure>
</file>